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10303" w14:textId="77777777" w:rsidR="00A32F6F" w:rsidRDefault="00694722">
      <w:pPr>
        <w:pStyle w:val="Naslov"/>
      </w:pPr>
      <w:r>
        <w:t>FINANCIJSKI PLAN ZA 2026. GODINU</w:t>
      </w:r>
    </w:p>
    <w:p w14:paraId="351D395F" w14:textId="77777777" w:rsidR="00A32F6F" w:rsidRDefault="00694722">
      <w:r>
        <w:t>Udruga ratnih veterana 9. gardijske brigade „Vukovi“ – Podružnica PGŽ</w:t>
      </w:r>
      <w:r>
        <w:br/>
      </w:r>
    </w:p>
    <w:p w14:paraId="3D2EBC97" w14:textId="77777777" w:rsidR="00A32F6F" w:rsidRDefault="00694722">
      <w:pPr>
        <w:pStyle w:val="Naslov1"/>
      </w:pPr>
      <w:r>
        <w:t>1. PRIHODI</w:t>
      </w:r>
    </w:p>
    <w:p w14:paraId="4505C6D8" w14:textId="77777777" w:rsidR="00A32F6F" w:rsidRDefault="00694722">
      <w:r>
        <w:t>Osigurani prihodi:</w:t>
      </w:r>
    </w:p>
    <w:p w14:paraId="09AA2C15" w14:textId="77777777" w:rsidR="00A32F6F" w:rsidRDefault="00694722">
      <w:r>
        <w:t>- Nacionalna zaklada: 35.000,00 €</w:t>
      </w:r>
    </w:p>
    <w:p w14:paraId="6069CC69" w14:textId="77777777" w:rsidR="00A32F6F" w:rsidRDefault="00694722">
      <w:r>
        <w:t>- JANAF d.d.: 7.000,00 €</w:t>
      </w:r>
    </w:p>
    <w:p w14:paraId="55D3CD7B" w14:textId="77777777" w:rsidR="00A32F6F" w:rsidRDefault="00694722">
      <w:r>
        <w:t>Ukupno osigurano: 42.000,00 €</w:t>
      </w:r>
      <w:r>
        <w:br/>
      </w:r>
    </w:p>
    <w:p w14:paraId="397ED2C2" w14:textId="77777777" w:rsidR="00A32F6F" w:rsidRDefault="00694722">
      <w:r>
        <w:t>Planirani prihodi:</w:t>
      </w:r>
    </w:p>
    <w:p w14:paraId="5168259B" w14:textId="77777777" w:rsidR="00A32F6F" w:rsidRDefault="00694722">
      <w:r>
        <w:t>- Ministarstvo branitelja: 8.000,00 €</w:t>
      </w:r>
    </w:p>
    <w:p w14:paraId="23778FF0" w14:textId="77777777" w:rsidR="00A32F6F" w:rsidRDefault="00694722">
      <w:r>
        <w:t>- Primorsko-goranska županija: 5.000,00 €</w:t>
      </w:r>
    </w:p>
    <w:p w14:paraId="3CD9C1DB" w14:textId="77777777" w:rsidR="00A32F6F" w:rsidRDefault="00694722">
      <w:r>
        <w:t>- Grad Rijeka: 5.000,00 €</w:t>
      </w:r>
    </w:p>
    <w:p w14:paraId="08EEB5F8" w14:textId="77777777" w:rsidR="00A32F6F" w:rsidRDefault="00694722">
      <w:r>
        <w:t>- Trgovačka društva: 7.000,00 €</w:t>
      </w:r>
    </w:p>
    <w:p w14:paraId="48C7A28A" w14:textId="77777777" w:rsidR="00A32F6F" w:rsidRDefault="00694722">
      <w:r>
        <w:t>Ukupno planirano: 25.000,00 €</w:t>
      </w:r>
      <w:r>
        <w:br/>
      </w:r>
    </w:p>
    <w:p w14:paraId="2DB371DC" w14:textId="77777777" w:rsidR="00A32F6F" w:rsidRDefault="00694722">
      <w:r>
        <w:t>UKUPNI PRIHODI: 67.000,00 €</w:t>
      </w:r>
      <w:r>
        <w:br/>
      </w:r>
    </w:p>
    <w:p w14:paraId="5823C3B6" w14:textId="77777777" w:rsidR="00A32F6F" w:rsidRDefault="00694722">
      <w:pPr>
        <w:pStyle w:val="Naslov1"/>
      </w:pPr>
      <w:r>
        <w:t>2. RASHODI</w:t>
      </w:r>
    </w:p>
    <w:p w14:paraId="6F17FF32" w14:textId="77777777" w:rsidR="00A32F6F" w:rsidRDefault="00694722">
      <w:r>
        <w:t>A) Nacionalna zaklada:</w:t>
      </w:r>
    </w:p>
    <w:p w14:paraId="06A61874" w14:textId="77777777" w:rsidR="00A32F6F" w:rsidRDefault="00694722">
      <w:r>
        <w:t>- Plaće (2 osobe): 30.000,00 €</w:t>
      </w:r>
    </w:p>
    <w:p w14:paraId="2D04D436" w14:textId="77777777" w:rsidR="00A32F6F" w:rsidRDefault="00694722">
      <w:r>
        <w:t>- Putni troškovi: 1.600,00 €</w:t>
      </w:r>
    </w:p>
    <w:p w14:paraId="2D4DECB1" w14:textId="77777777" w:rsidR="00A32F6F" w:rsidRDefault="00694722">
      <w:r>
        <w:t>- Oprema i sitni inventar: 729,00 €</w:t>
      </w:r>
    </w:p>
    <w:p w14:paraId="217E0A4F" w14:textId="77777777" w:rsidR="00A32F6F" w:rsidRDefault="00694722">
      <w:r>
        <w:t>- Troškovi osnovne djelatnosti: 2.671,00 €</w:t>
      </w:r>
    </w:p>
    <w:p w14:paraId="7B5E4187" w14:textId="77777777" w:rsidR="00A32F6F" w:rsidRDefault="00694722">
      <w:r>
        <w:t>Ukupno: 36.000,00 €</w:t>
      </w:r>
      <w:r>
        <w:br/>
      </w:r>
    </w:p>
    <w:p w14:paraId="6A04C729" w14:textId="77777777" w:rsidR="00A32F6F" w:rsidRDefault="00694722">
      <w:r>
        <w:lastRenderedPageBreak/>
        <w:t>B) Provedba projekata + promidžba i vidljivost:</w:t>
      </w:r>
    </w:p>
    <w:p w14:paraId="5459581E" w14:textId="77777777" w:rsidR="00A32F6F" w:rsidRDefault="00694722">
      <w:r>
        <w:t>- Provedba projekata i aktivnosti: 20.000,00 €</w:t>
      </w:r>
    </w:p>
    <w:p w14:paraId="02966A24" w14:textId="77777777" w:rsidR="00A32F6F" w:rsidRDefault="00694722">
      <w:r>
        <w:t>- Promidžba i vidljivost: 3.000,00 €</w:t>
      </w:r>
    </w:p>
    <w:p w14:paraId="5F72A87D" w14:textId="77777777" w:rsidR="00A32F6F" w:rsidRDefault="00694722">
      <w:r>
        <w:t>- Prijevoz i terenske aktivnosti: 4.000,00 €</w:t>
      </w:r>
    </w:p>
    <w:p w14:paraId="4CB6B334" w14:textId="77777777" w:rsidR="00A32F6F" w:rsidRDefault="00694722">
      <w:r>
        <w:t>- Rad s korisnicima i volonterima: 4.000,00 €</w:t>
      </w:r>
    </w:p>
    <w:p w14:paraId="1805C309" w14:textId="77777777" w:rsidR="00A32F6F" w:rsidRDefault="00694722">
      <w:r>
        <w:t>Ukupno: 31.000,00 €</w:t>
      </w:r>
      <w:r>
        <w:br/>
      </w:r>
    </w:p>
    <w:p w14:paraId="3017EE63" w14:textId="77777777" w:rsidR="00A32F6F" w:rsidRDefault="00694722">
      <w:r>
        <w:t>UKUPNI RASHODI: 67.000,00 €</w:t>
      </w:r>
      <w:r>
        <w:br/>
      </w:r>
    </w:p>
    <w:p w14:paraId="212115B2" w14:textId="77777777" w:rsidR="00A32F6F" w:rsidRDefault="00694722">
      <w:pPr>
        <w:pStyle w:val="Naslov1"/>
      </w:pPr>
      <w:r>
        <w:t>3. REZULTAT</w:t>
      </w:r>
    </w:p>
    <w:p w14:paraId="0D4A1D51" w14:textId="77777777" w:rsidR="00A32F6F" w:rsidRDefault="00694722">
      <w:r>
        <w:t>Planirani rezultat: uravnotežen proračun (0,00 €)</w:t>
      </w:r>
      <w:r>
        <w:br/>
      </w:r>
    </w:p>
    <w:p w14:paraId="6F53631F" w14:textId="77777777" w:rsidR="00A32F6F" w:rsidRDefault="00694722">
      <w:pPr>
        <w:pStyle w:val="Naslov1"/>
      </w:pPr>
      <w:r>
        <w:t>4. ZAKLJUČAK</w:t>
      </w:r>
    </w:p>
    <w:p w14:paraId="6D0E8D07" w14:textId="77777777" w:rsidR="00A32F6F" w:rsidRDefault="00694722">
      <w:r>
        <w:t>Financijski plan osigurava stabilno poslovanje udruge, provedbu aktivnosti i daljnji razvoj programa.</w:t>
      </w:r>
    </w:p>
    <w:sectPr w:rsidR="00A32F6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296150">
    <w:abstractNumId w:val="8"/>
  </w:num>
  <w:num w:numId="2" w16cid:durableId="674916510">
    <w:abstractNumId w:val="6"/>
  </w:num>
  <w:num w:numId="3" w16cid:durableId="593443835">
    <w:abstractNumId w:val="5"/>
  </w:num>
  <w:num w:numId="4" w16cid:durableId="2083018233">
    <w:abstractNumId w:val="4"/>
  </w:num>
  <w:num w:numId="5" w16cid:durableId="1748112989">
    <w:abstractNumId w:val="7"/>
  </w:num>
  <w:num w:numId="6" w16cid:durableId="989359983">
    <w:abstractNumId w:val="3"/>
  </w:num>
  <w:num w:numId="7" w16cid:durableId="1790734988">
    <w:abstractNumId w:val="2"/>
  </w:num>
  <w:num w:numId="8" w16cid:durableId="1226986456">
    <w:abstractNumId w:val="1"/>
  </w:num>
  <w:num w:numId="9" w16cid:durableId="345404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94722"/>
    <w:rsid w:val="0073275C"/>
    <w:rsid w:val="00A32F6F"/>
    <w:rsid w:val="00AA1D8D"/>
    <w:rsid w:val="00B47730"/>
    <w:rsid w:val="00BE5F8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BB58EF"/>
  <w14:defaultImageDpi w14:val="300"/>
  <w15:docId w15:val="{51C5DD08-6B96-492E-B6E6-5D536BC4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936</Characters>
  <Application>Microsoft Office Word</Application>
  <DocSecurity>0</DocSecurity>
  <Lines>55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Anamarija Hećimović</cp:lastModifiedBy>
  <cp:revision>2</cp:revision>
  <dcterms:created xsi:type="dcterms:W3CDTF">2026-03-23T11:12:00Z</dcterms:created>
  <dcterms:modified xsi:type="dcterms:W3CDTF">2026-03-23T11:12:00Z</dcterms:modified>
  <cp:category/>
</cp:coreProperties>
</file>